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2C2" w:rsidRPr="007F02C2" w:rsidRDefault="007F02C2" w:rsidP="00114EAF">
      <w:pPr>
        <w:pStyle w:val="Balk1"/>
        <w:spacing w:before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7F02C2">
        <w:rPr>
          <w:rFonts w:ascii="Times New Roman" w:hAnsi="Times New Roman" w:cs="Times New Roman"/>
          <w:color w:val="auto"/>
          <w:sz w:val="24"/>
          <w:szCs w:val="24"/>
        </w:rPr>
        <w:t>TOKAT GAZİOSMANPAŞA ÜNİVERSİTESİ</w:t>
      </w:r>
    </w:p>
    <w:p w:rsidR="00C137D8" w:rsidRDefault="007F02C2" w:rsidP="00114EAF">
      <w:pPr>
        <w:pStyle w:val="Balk1"/>
        <w:spacing w:before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7F02C2">
        <w:rPr>
          <w:rFonts w:ascii="Times New Roman" w:hAnsi="Times New Roman" w:cs="Times New Roman"/>
          <w:color w:val="auto"/>
          <w:sz w:val="24"/>
          <w:szCs w:val="24"/>
        </w:rPr>
        <w:t>İŞKUR GENÇLİK PROGRAMI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B613A">
        <w:rPr>
          <w:rFonts w:ascii="Times New Roman" w:hAnsi="Times New Roman" w:cs="Times New Roman"/>
          <w:color w:val="auto"/>
          <w:sz w:val="24"/>
          <w:szCs w:val="24"/>
        </w:rPr>
        <w:t xml:space="preserve">İLETİŞİM BİLGİLERİ </w:t>
      </w:r>
      <w:r w:rsidR="00797492" w:rsidRPr="007F02C2">
        <w:rPr>
          <w:rFonts w:ascii="Times New Roman" w:hAnsi="Times New Roman" w:cs="Times New Roman"/>
          <w:color w:val="auto"/>
          <w:sz w:val="24"/>
          <w:szCs w:val="24"/>
        </w:rPr>
        <w:t>BEYANI</w:t>
      </w:r>
    </w:p>
    <w:p w:rsidR="00950207" w:rsidRPr="00950207" w:rsidRDefault="00950207" w:rsidP="00950207"/>
    <w:p w:rsidR="007F02C2" w:rsidRPr="007F02C2" w:rsidRDefault="007F02C2" w:rsidP="00114EAF">
      <w:pPr>
        <w:spacing w:line="360" w:lineRule="auto"/>
      </w:pPr>
    </w:p>
    <w:p w:rsidR="00C137D8" w:rsidRDefault="007F02C2" w:rsidP="00114E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797492" w:rsidRPr="007F02C2">
        <w:rPr>
          <w:rFonts w:ascii="Times New Roman" w:hAnsi="Times New Roman" w:cs="Times New Roman"/>
          <w:sz w:val="24"/>
          <w:szCs w:val="24"/>
        </w:rPr>
        <w:t>Tokat</w:t>
      </w:r>
      <w:proofErr w:type="spellEnd"/>
      <w:r w:rsidR="00797492" w:rsidRPr="007F0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492" w:rsidRPr="007F02C2">
        <w:rPr>
          <w:rFonts w:ascii="Times New Roman" w:hAnsi="Times New Roman" w:cs="Times New Roman"/>
          <w:sz w:val="24"/>
          <w:szCs w:val="24"/>
        </w:rPr>
        <w:t>Gaziosmanpaşa</w:t>
      </w:r>
      <w:proofErr w:type="spellEnd"/>
      <w:r w:rsidR="00797492" w:rsidRPr="007F0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492" w:rsidRPr="007F02C2">
        <w:rPr>
          <w:rFonts w:ascii="Times New Roman" w:hAnsi="Times New Roman" w:cs="Times New Roman"/>
          <w:sz w:val="24"/>
          <w:szCs w:val="24"/>
        </w:rPr>
        <w:t>Üniversitesinde</w:t>
      </w:r>
      <w:proofErr w:type="spellEnd"/>
      <w:r w:rsidR="00797492" w:rsidRPr="007F02C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 w:rsidR="00797492" w:rsidRPr="007F02C2">
        <w:rPr>
          <w:rFonts w:ascii="Times New Roman" w:hAnsi="Times New Roman" w:cs="Times New Roman"/>
          <w:sz w:val="24"/>
          <w:szCs w:val="24"/>
        </w:rPr>
        <w:t>uygulanacak</w:t>
      </w:r>
      <w:proofErr w:type="spellEnd"/>
      <w:r w:rsidR="00797492" w:rsidRPr="007F0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492" w:rsidRPr="007F02C2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="00797492" w:rsidRPr="007F02C2">
        <w:rPr>
          <w:rFonts w:ascii="Times New Roman" w:hAnsi="Times New Roman" w:cs="Times New Roman"/>
          <w:sz w:val="24"/>
          <w:szCs w:val="24"/>
        </w:rPr>
        <w:t xml:space="preserve"> İŞKUR </w:t>
      </w:r>
      <w:proofErr w:type="spellStart"/>
      <w:r w:rsidR="00797492" w:rsidRPr="007F02C2">
        <w:rPr>
          <w:rFonts w:ascii="Times New Roman" w:hAnsi="Times New Roman" w:cs="Times New Roman"/>
          <w:sz w:val="24"/>
          <w:szCs w:val="24"/>
        </w:rPr>
        <w:t>Gençlik</w:t>
      </w:r>
      <w:proofErr w:type="spellEnd"/>
      <w:r w:rsidR="00797492" w:rsidRPr="007F0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492" w:rsidRPr="007F02C2">
        <w:rPr>
          <w:rFonts w:ascii="Times New Roman" w:hAnsi="Times New Roman" w:cs="Times New Roman"/>
          <w:sz w:val="24"/>
          <w:szCs w:val="24"/>
        </w:rPr>
        <w:t>Programı</w:t>
      </w:r>
      <w:proofErr w:type="spellEnd"/>
      <w:r w:rsidR="00797492" w:rsidRPr="007F0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4EAF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="00114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613A">
        <w:rPr>
          <w:rFonts w:ascii="Times New Roman" w:hAnsi="Times New Roman" w:cs="Times New Roman"/>
          <w:sz w:val="24"/>
          <w:szCs w:val="24"/>
        </w:rPr>
        <w:t>iletişim</w:t>
      </w:r>
      <w:proofErr w:type="spellEnd"/>
      <w:r w:rsidR="002B6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613A">
        <w:rPr>
          <w:rFonts w:ascii="Times New Roman" w:hAnsi="Times New Roman" w:cs="Times New Roman"/>
          <w:sz w:val="24"/>
          <w:szCs w:val="24"/>
        </w:rPr>
        <w:t>bilgilerimin</w:t>
      </w:r>
      <w:proofErr w:type="spellEnd"/>
      <w:r w:rsidR="002B6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613A">
        <w:rPr>
          <w:rFonts w:ascii="Times New Roman" w:hAnsi="Times New Roman" w:cs="Times New Roman"/>
          <w:sz w:val="24"/>
          <w:szCs w:val="24"/>
        </w:rPr>
        <w:t>aşağıda</w:t>
      </w:r>
      <w:proofErr w:type="spellEnd"/>
      <w:r w:rsidR="002B6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613A">
        <w:rPr>
          <w:rFonts w:ascii="Times New Roman" w:hAnsi="Times New Roman" w:cs="Times New Roman"/>
          <w:sz w:val="24"/>
          <w:szCs w:val="24"/>
        </w:rPr>
        <w:t>yazılı</w:t>
      </w:r>
      <w:proofErr w:type="spellEnd"/>
      <w:r w:rsidR="002B6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613A">
        <w:rPr>
          <w:rFonts w:ascii="Times New Roman" w:hAnsi="Times New Roman" w:cs="Times New Roman"/>
          <w:sz w:val="24"/>
          <w:szCs w:val="24"/>
        </w:rPr>
        <w:t>olduğunu</w:t>
      </w:r>
      <w:proofErr w:type="spellEnd"/>
      <w:r w:rsidR="002B6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613A">
        <w:rPr>
          <w:rFonts w:ascii="Times New Roman" w:hAnsi="Times New Roman" w:cs="Times New Roman"/>
          <w:sz w:val="24"/>
          <w:szCs w:val="24"/>
        </w:rPr>
        <w:t>be</w:t>
      </w:r>
      <w:r w:rsidR="00797492" w:rsidRPr="007F02C2">
        <w:rPr>
          <w:rFonts w:ascii="Times New Roman" w:hAnsi="Times New Roman" w:cs="Times New Roman"/>
          <w:sz w:val="24"/>
          <w:szCs w:val="24"/>
        </w:rPr>
        <w:t>yan</w:t>
      </w:r>
      <w:proofErr w:type="spellEnd"/>
      <w:r w:rsidR="00797492" w:rsidRPr="007F0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492" w:rsidRPr="007F02C2">
        <w:rPr>
          <w:rFonts w:ascii="Times New Roman" w:hAnsi="Times New Roman" w:cs="Times New Roman"/>
          <w:sz w:val="24"/>
          <w:szCs w:val="24"/>
        </w:rPr>
        <w:t>ederim</w:t>
      </w:r>
      <w:proofErr w:type="spellEnd"/>
      <w:r w:rsidR="00797492" w:rsidRPr="007F02C2">
        <w:rPr>
          <w:rFonts w:ascii="Times New Roman" w:hAnsi="Times New Roman" w:cs="Times New Roman"/>
          <w:sz w:val="24"/>
          <w:szCs w:val="24"/>
        </w:rPr>
        <w:t>.</w:t>
      </w:r>
    </w:p>
    <w:p w:rsidR="007F02C2" w:rsidRDefault="007F02C2" w:rsidP="00114E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4EAF" w:rsidRDefault="00114EAF" w:rsidP="00114E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37D8" w:rsidRPr="007F02C2" w:rsidRDefault="00114EAF" w:rsidP="00E940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4EAF">
        <w:rPr>
          <w:rFonts w:ascii="Times New Roman" w:hAnsi="Times New Roman" w:cs="Times New Roman"/>
          <w:b/>
          <w:sz w:val="24"/>
          <w:szCs w:val="24"/>
        </w:rPr>
        <w:t>ADI SOYADI:</w:t>
      </w:r>
      <w:r w:rsidR="00797492" w:rsidRPr="007F02C2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</w:t>
      </w:r>
      <w:r w:rsidR="00E940C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</w:t>
      </w:r>
    </w:p>
    <w:p w:rsidR="00C137D8" w:rsidRDefault="00114EAF" w:rsidP="00E940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4EAF">
        <w:rPr>
          <w:rFonts w:ascii="Times New Roman" w:hAnsi="Times New Roman" w:cs="Times New Roman"/>
          <w:b/>
          <w:sz w:val="24"/>
          <w:szCs w:val="24"/>
        </w:rPr>
        <w:t>T.C. KIMLIK NO:</w:t>
      </w:r>
      <w:r w:rsidR="00797492" w:rsidRPr="007F02C2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</w:t>
      </w:r>
      <w:r w:rsidR="00E940C6"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</w:p>
    <w:p w:rsidR="002B613A" w:rsidRDefault="002B613A" w:rsidP="00E940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CEP TELEFONU NUMARASI: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…………………………………………………………………….</w:t>
      </w:r>
    </w:p>
    <w:p w:rsidR="002B613A" w:rsidRDefault="002B613A" w:rsidP="00E940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613A">
        <w:rPr>
          <w:rFonts w:ascii="Times New Roman" w:hAnsi="Times New Roman" w:cs="Times New Roman"/>
          <w:b/>
          <w:sz w:val="24"/>
          <w:szCs w:val="24"/>
        </w:rPr>
        <w:t>TOGÜ E-POSTA ADRESİ: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</w:t>
      </w:r>
    </w:p>
    <w:p w:rsidR="002B613A" w:rsidRDefault="002B613A" w:rsidP="00E940C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B613A">
        <w:rPr>
          <w:rFonts w:ascii="Times New Roman" w:hAnsi="Times New Roman" w:cs="Times New Roman"/>
          <w:b/>
          <w:sz w:val="24"/>
          <w:szCs w:val="24"/>
        </w:rPr>
        <w:t>ADRESİ: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……………………………………………………………………………………………...</w:t>
      </w:r>
    </w:p>
    <w:p w:rsidR="002B613A" w:rsidRDefault="002B613A" w:rsidP="00E940C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F1816" w:rsidRDefault="00114EAF" w:rsidP="00E940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4EAF">
        <w:rPr>
          <w:rFonts w:ascii="Times New Roman" w:hAnsi="Times New Roman" w:cs="Times New Roman"/>
          <w:b/>
          <w:sz w:val="24"/>
          <w:szCs w:val="24"/>
        </w:rPr>
        <w:t>TAR</w:t>
      </w:r>
      <w:r w:rsidR="00912753">
        <w:rPr>
          <w:rFonts w:ascii="Times New Roman" w:hAnsi="Times New Roman" w:cs="Times New Roman"/>
          <w:b/>
          <w:sz w:val="24"/>
          <w:szCs w:val="24"/>
        </w:rPr>
        <w:t>İ</w:t>
      </w:r>
      <w:r w:rsidRPr="00114EAF">
        <w:rPr>
          <w:rFonts w:ascii="Times New Roman" w:hAnsi="Times New Roman" w:cs="Times New Roman"/>
          <w:b/>
          <w:sz w:val="24"/>
          <w:szCs w:val="24"/>
        </w:rPr>
        <w:t>H:</w:t>
      </w:r>
      <w:r w:rsidRPr="007F02C2">
        <w:rPr>
          <w:rFonts w:ascii="Times New Roman" w:hAnsi="Times New Roman" w:cs="Times New Roman"/>
          <w:sz w:val="24"/>
          <w:szCs w:val="24"/>
        </w:rPr>
        <w:t xml:space="preserve"> </w:t>
      </w:r>
      <w:r w:rsidR="00E940C6">
        <w:rPr>
          <w:rFonts w:ascii="Times New Roman" w:hAnsi="Times New Roman" w:cs="Times New Roman"/>
          <w:sz w:val="24"/>
          <w:szCs w:val="24"/>
        </w:rPr>
        <w:t>………</w:t>
      </w:r>
      <w:proofErr w:type="gramStart"/>
      <w:r w:rsidR="00E940C6">
        <w:rPr>
          <w:rFonts w:ascii="Times New Roman" w:hAnsi="Times New Roman" w:cs="Times New Roman"/>
          <w:sz w:val="24"/>
          <w:szCs w:val="24"/>
        </w:rPr>
        <w:t>…./</w:t>
      </w:r>
      <w:proofErr w:type="gramEnd"/>
      <w:r w:rsidR="00E940C6">
        <w:rPr>
          <w:rFonts w:ascii="Times New Roman" w:hAnsi="Times New Roman" w:cs="Times New Roman"/>
          <w:sz w:val="24"/>
          <w:szCs w:val="24"/>
        </w:rPr>
        <w:t>…………</w:t>
      </w:r>
      <w:r w:rsidR="00797492" w:rsidRPr="007F02C2">
        <w:rPr>
          <w:rFonts w:ascii="Times New Roman" w:hAnsi="Times New Roman" w:cs="Times New Roman"/>
          <w:sz w:val="24"/>
          <w:szCs w:val="24"/>
        </w:rPr>
        <w:t xml:space="preserve"> </w:t>
      </w:r>
      <w:r w:rsidR="00E940C6">
        <w:rPr>
          <w:rFonts w:ascii="Times New Roman" w:hAnsi="Times New Roman" w:cs="Times New Roman"/>
          <w:sz w:val="24"/>
          <w:szCs w:val="24"/>
        </w:rPr>
        <w:t>/</w:t>
      </w:r>
      <w:r w:rsidR="00BA573D">
        <w:rPr>
          <w:rFonts w:ascii="Times New Roman" w:hAnsi="Times New Roman" w:cs="Times New Roman"/>
          <w:sz w:val="24"/>
          <w:szCs w:val="24"/>
        </w:rPr>
        <w:t>2026</w:t>
      </w:r>
      <w:r w:rsidR="00797492" w:rsidRPr="007F02C2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797492" w:rsidRPr="007F02C2" w:rsidRDefault="00114EAF" w:rsidP="00E940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4EAF">
        <w:rPr>
          <w:rFonts w:ascii="Times New Roman" w:hAnsi="Times New Roman" w:cs="Times New Roman"/>
          <w:b/>
          <w:sz w:val="24"/>
          <w:szCs w:val="24"/>
        </w:rPr>
        <w:t>İMZA:</w:t>
      </w:r>
      <w:r w:rsidR="00797492" w:rsidRPr="007F02C2">
        <w:rPr>
          <w:rFonts w:ascii="Times New Roman" w:hAnsi="Times New Roman" w:cs="Times New Roman"/>
          <w:sz w:val="24"/>
          <w:szCs w:val="24"/>
        </w:rPr>
        <w:t xml:space="preserve"> .................................</w:t>
      </w:r>
      <w:r w:rsidR="002B613A">
        <w:rPr>
          <w:rFonts w:ascii="Times New Roman" w:hAnsi="Times New Roman" w:cs="Times New Roman"/>
          <w:sz w:val="24"/>
          <w:szCs w:val="24"/>
        </w:rPr>
        <w:t>......................</w:t>
      </w:r>
    </w:p>
    <w:p w:rsidR="00C137D8" w:rsidRPr="007F02C2" w:rsidRDefault="00C137D8" w:rsidP="00114E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C137D8" w:rsidRPr="007F02C2" w:rsidSect="00950207">
      <w:pgSz w:w="12240" w:h="15840"/>
      <w:pgMar w:top="1440" w:right="758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14EAF"/>
    <w:rsid w:val="0015074B"/>
    <w:rsid w:val="0029639D"/>
    <w:rsid w:val="002A5E54"/>
    <w:rsid w:val="002B613A"/>
    <w:rsid w:val="00326F90"/>
    <w:rsid w:val="00622175"/>
    <w:rsid w:val="00797492"/>
    <w:rsid w:val="007F02C2"/>
    <w:rsid w:val="00800CD8"/>
    <w:rsid w:val="00912753"/>
    <w:rsid w:val="00950207"/>
    <w:rsid w:val="00A371C6"/>
    <w:rsid w:val="00AA1D8D"/>
    <w:rsid w:val="00AF1816"/>
    <w:rsid w:val="00B47730"/>
    <w:rsid w:val="00BA573D"/>
    <w:rsid w:val="00C137D8"/>
    <w:rsid w:val="00CB0664"/>
    <w:rsid w:val="00E940C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9DF6A1"/>
  <w14:defaultImageDpi w14:val="300"/>
  <w15:docId w15:val="{0009FEAC-A3BC-41BB-B1D9-1A92BBA30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7E0D2A-ADCB-478E-860D-3FF484D7F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SİNAN GÜNLÜER</cp:lastModifiedBy>
  <cp:revision>8</cp:revision>
  <dcterms:created xsi:type="dcterms:W3CDTF">2025-10-21T09:30:00Z</dcterms:created>
  <dcterms:modified xsi:type="dcterms:W3CDTF">2026-10-28T07:35:00Z</dcterms:modified>
  <cp:category/>
</cp:coreProperties>
</file>